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/ פנייה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המכתב הפונה ואת מטרתו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סימני לשון האופייניים למכתב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מכתב פנייה בהתאם למבנה הטיפוסי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 מרובה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לפנות לנמען מסוים בבקשה או בתלונה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נושא המכתב בקצרה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מכתב פונה לנמען מסוים - אדם או גוף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אלה המטרות שמוזכרות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במכתב רשמי המשלב רשמי ומנומס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בברכה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הנדון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(פנייה לנמען בתחילת 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(נושא המכתב בקצרה)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(ביטוי נימוס בסיום)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(מילת קישור לפתיחת בקשה)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בניית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תאריך בראש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פנייה לנמען - לכבוד, שלום רב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כתיבת הנדון - נושא המכתב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גוף המכתב - הסבר הבקשה או התלונה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שאלה פתוחה -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קיום כל חלקי המבנה: תאריך, פנייה, הנדון, גוף המכתב עם בקשה ברורה, וסיום מנומס עם חתימה. יש לבדוק שימוש במשלב מתאים ובמילות קישור כמו אשמח אם או בתודה מראש.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מזהה מטרה כמו בקשה, תודה או תלונה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מזהה שני רכיבים כגון תאריך, לכבוד, הנדון, גוף המכתב או חתימה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מצטט מילת קישור כמו ברצוני, לפיכך, אשמח אם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בקריאה משותפת של מכתב הדוגמה ולסמן יחד את חלקי המבנה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בעל פה את ביטויי הנימוס לפני הכתיבה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לתת לתלמידים לבחור נושא אמיתי מהחיים בכיתה כדי להעלות מוטיבציה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סוגי טקסטים – לכל טקסט יש מטרה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מכתב / פנייה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מכתב או פנייה הוא טקסט שמטרתו לפנות לנמען מסוים – לבקש, להודות, להתלונן, להזמין או לעדכן. לכל מכתב יש מבנה קבוע וסימני לשון מיוחדים.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קריאה  ·  לכבוד  ·  הנדון  ·  בברכה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הבנה - בחירה מרובה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מה המטרה העיקרית של מכתב פנייה?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לתאר מקום או דמות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לפנות לנמען מסוים בבקשה או בתלונה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לספר סיפור מהדמיון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ביטוי מופיע בדרך כלל בתחילת מכתב רשמי?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היה היה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סוף דבר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מה כתוב בדרך כלל אחרי המילה הנדון?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תאריך הכתיבה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שם הכותב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נושא המכתב בקצרה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מכתב פנייה תמיד נכתב לכל הציבור ולא למישהו מסוים.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במכתב אפשר לבקש, להודות או להתלונן.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במכתב רשמי המשלב הוא יומיומי מאוד.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בתחילת מכתב רשמי כותבים בדרך כלל __________ ואחר כך שם הנמען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בסיום המכתב נהוג לכתוב ביטוי נימוס כמו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במכתב הדוגמה התלמידים מבקשים להקים פינת __________ מוצלת בחצר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4. המשפט שמסביר את נושא המכתב בקצרה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לכבוד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מילת קישור לפתיחת בקשה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הנדון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ביטוי נימוס בסיום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בתודה מראש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פנייה לנמען בתחילת מכתב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ברצוני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נושא המכתב בקצרה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 נכון - בניית מכתב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גוף המכתב - הסבר הבקשה או התלונה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הנדון - נושא המכתב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תאריך בראש המכתב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פנייה לנמען - לכבוד, שלום רב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שאלה פתוחה -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מכתב קצר לוועד בית הספר ובו תבקשו דבר מה שחשוב לכם (למשל שיפור בחצר או בכיתה). הקפידו על מבנה מלא: תאריך, לכבוד, הנדון, גוף המכתב ובסוף חתימה.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מטרת מכתב פנייה?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ציינו שני חלקים חובה במבנה מכתב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מכתב / פנייה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