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/ פנייה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המכתב הפונה ואת 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האופייניים למכתב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מכתב פנייה בהתאם למבנה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לפנות לנמען מסוים בבקשה או בתלונה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נושא המכתב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גוף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שפה רשמית וביטויי 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מכתב תלונה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מכתב פונה לנמען מסוים - אדם או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המטרות שמוזכרות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במכתב רשמי המשלב רשמי ומנומס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במבנה הטיפוסי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אלו בדיוק מילות הקישור האופייניות למכתב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(פנייה לנמען בתחילת 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(נושא המכתב בקצרה)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(ביטוי נימוס בסיום)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(מילת קישור לפתיחת 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(הכותב מדבר על עצמו)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תאריך בראש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פנייה לנמען - לכבוד, שלום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הנדון - נושא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 המכתב - הסבר הבקשה או התלונה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בביטוי נימוס וחתימה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קיום כל חלקי המבנה: תאריך, פנייה, הנדון, גוף המכתב עם בקשה ברורה, וסיום מנומס עם חתימה. יש לבדוק שימוש במשלב מתאים ובמילות קישור כמו אשמח אם או בתודה מראש.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במכתב רשמי המשלב גבוה ומנומס, ובמכתב אישי המשלב יומיומי וקרוב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מטרה כמו בקשה, תודה או תלונה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מזהה שני רכיבים כגון תאריך, לכבוד, הנדון, גוף המכתב או 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מצטט מילת קישור כמו ברצוני, לפיכך, אשמח 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מכתב הדוגמה ולסמן יחד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ביטויי הנימוס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לתלמידים לבחור נושא אמיתי מהחיים בכיתה כדי להעלות מוטיבציה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/ פנייה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מכתב הוא טקסט שכותבים למישהו מסוים. בדף הזה נלמד איך בונים מכתב ואיך מזהים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שהמכתב מיועד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שכותב את המכתב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הנדון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שאומר במה עוסק המכתב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הלשון - רשמית או יומיומית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בתודה מראש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נימוס בסיום 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רשמית בתחילת מכתב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אני, אנחנו - הכותב מדבר על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אתה, את, אתם - פנייה לנמען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מקום או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לפנות לנמען מסוים בבקשה או בתלונה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מהדמיון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לדווח על אירוע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הנדון מסבירה?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תאריך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המכתב בקצרה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פונים לנמען?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גוף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מדברים במכתב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יומיומית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רשמית וביטויי 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שפת סלנג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סוג מכתב מוזכר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תלונה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פנייה תמיד נכתב לכל הציבור ולא למישהו מסוים.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אפשר לבקש, להודות או להתלונן.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רשמי המשלב הוא יומיומי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נחתם בדרך כלל בביטוי כמו בברכה.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הדוגמה בדף התלמידים מבקשים הקמת פינת 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כמו ברצוני ולפיכך אינן אופייניות למכתב.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מכתב רשמי כותבים בדרך כלל __________ ואחר כך שם הנמען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בסיום המכתב נהוג לכתוב ביטוי נימוס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במכתב הדוגמה התלמידים מבקשים להקים פינת __________ מוצלת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שמסביר את נושא המכתב בקצרה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מכתב פונה לנמען בגוף __________ כמו אתם או אתה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רמת הלשון במכתב נקראת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מילת קישור לפתיחת בקשה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הנדון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 נימוס בסיום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בתודה מראש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הכותב מדבר על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ברצוני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נושא המכתב בקצרה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גוף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פנייה לנמען בתחילת 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בניית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המכתב - הסבר הבקשה או התלונה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בביטוי נימוס וחתימה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לנמען - לכבוד, שלום 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תאריך בראש המכתב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הנדון - נושא המכתב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לוועד בית הספר ובו תבקשו דבר מה שחשוב לכם (למשל שיפור בחצר או בכיתה). הקפידו על מבנה מלא: תאריך, לכבוד, הנדון, גוף המכתב ובסוף חתימה.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מה ההבדל בין מכתב רשמי למכתב אישי מבחינת המשלב.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מטרת מכתב פנייה?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חלקים חובה במבנה מכתב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שמופיעה במכתב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/ פנייה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