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/ פנייה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המכתב הפונה ואת 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האופייניים למכתב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מכתב פנייה בהתאם למבנה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לפנות לנמען מסוים בבקשה או בתלונה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נושא המכתב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גוף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שפה רשמית וביטויי נימוס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מכתב תלונה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מכתב פונה לנמען מסוים - אדם או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המטרות שמוזכרות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במכתב רשמי המשלב רשמי ומנומס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מופיע במבנה הטיפוסי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בטקסט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אלו בדיוק מילות הקישור האופייניות למכתב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(פנייה לנמען בתחילת 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(נושא המכתב בקצרה)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(ביטוי נימוס בסיום)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(מילת קישור לפתיחת בקשה)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(הכותב מדבר על עצמו)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תאריך בראש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פנייה לנמען - לכבוד, שלום 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הנדון - נושא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גוף המכתב - הסבר הבקשה או התלונה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בביטוי נימוס וחתימה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 -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קיום כל חלקי המבנה: תאריך, פנייה, הנדון, גוף המכתב עם בקשה ברורה, וסיום מנומס עם חתימה. יש לבדוק שימוש במשלב מתאים ובמילות קישור כמו אשמח אם או בתודה מראש.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במכתב רשמי המשלב גבוה ומנומס, ובמכתב אישי המשלב יומיומי וקרוב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מטרה כמו בקשה, תודה או תלונה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מזהה שני רכיבים כגון תאריך, לכבוד, הנדון, גוף המכתב או חתימה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מצטט מילת קישור כמו ברצוני, לפיכך, אשמח 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מכתב הדוגמה ולסמן יחד את חלקי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ביטויי הנימוס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לתלמידים לבחור נושא אמיתי מהחיים בכיתה כדי להעלות מוטיבציה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/ פנייה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מכתב או פנייה הוא טקסט שמטרתו לפנות לנמען מסוים – לבקש, להודות, להתלונן, להזמין או לעדכן. לכל מכתב יש מבנה קבוע וסימני לשון מיוחדים.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מכתב פנייה?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מקום או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לפנות לנמען מסוים בבקשה או בתלונה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מהדמיון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לדווח על אירוע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ביטוי מופיע בדרך כלל בתחילת מכתב רשמי?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היה היה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כתוב בדרך כלל אחרי המילה הנדון?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תאריך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נושא המכתב בקצרה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חתימה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גוף פונה הכותב לנמען?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ראשון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גוף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מאפיין את המשלב במכתב רשמי?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שפה יומיומית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 רשמית וביטויי נימוס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שפת סלנג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אחת הדוגמאות לסוגת מכתב שמופיעה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תלונה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עיתונאית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פנייה תמיד נכתב לכל הציבור ולא למישהו מסוים.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במכתב אפשר לבקש, להודות או להתלונן.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במכתב רשמי המשלב הוא יומיומי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נחתם בדרך כלל בביטוי כמו בברכה.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במכתב הדוגמה בדף התלמידים מבקשים הקמת פינת קריאה.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קישור כמו ברצוני ולפיכך אינן אופייניות למכתב.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מכתב רשמי כותבים בדרך כלל __________ ואחר כך שם הנמען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בסיום המכתב נהוג לכתוב ביטוי נימוס כמו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במכתב הדוגמה התלמידים מבקשים להקים פינת __________ מוצלת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המשפט שמסביר את נושא המכתב בקצרה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מכתב פונה לנמען בגוף __________ כמו אתם או אתה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רמת הלשון במכתב נקראת גם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נושא המכתב בקצרה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הנדון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ביטוי נימוס בסיום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בתודה מראש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מילת קישור לפתיחת בקשה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ברצוני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הכותב מדבר על 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גוף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פנייה לנמען בתחילת מכתב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בניית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המכתב - הסבר הבקשה או התלונה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בביטוי נימוס וחתימה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תאריך בראש המכתב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הנדון - נושא המכתב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לנמען - לכבוד, שלום 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 -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לוועד בית הספר ובו תבקשו דבר מה שחשוב לכם (למשל שיפור בחצר או בכיתה). הקפידו על מבנה מלא: תאריך, לכבוד, הנדון, גוף המכתב ובסוף חתימה.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מה ההבדל בין מכתב רשמי למכתב אישי מבחינת המשלב.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מטרת מכתב פנייה?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חלקים חובה במבנה מכתב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למילת קישור שמופיעה במכתב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/ פנייה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